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5DB06" w14:textId="77777777" w:rsidR="00F50776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43DEE188" wp14:editId="587EF77F">
            <wp:extent cx="2926080" cy="1084222"/>
            <wp:effectExtent l="0" t="0" r="0" b="0"/>
            <wp:docPr id="1" name="Picture 1" descr="Logo dell'Ordine dei Dottori Commercialisti e degli Esperti Contabili di Napoli 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Logo-orignale-ordin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108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07B99" w14:textId="77777777" w:rsidR="00F50776" w:rsidRDefault="00000000">
      <w:pPr>
        <w:pStyle w:val="Titolo"/>
        <w:jc w:val="center"/>
      </w:pPr>
      <w:r>
        <w:t>Modulo di candidatura alle Aree di delega CNDCEC 2026 2030</w:t>
      </w:r>
    </w:p>
    <w:p w14:paraId="6B0297B0" w14:textId="77777777" w:rsidR="00F50776" w:rsidRDefault="00000000">
      <w:pPr>
        <w:spacing w:after="80"/>
        <w:jc w:val="center"/>
      </w:pPr>
      <w:r>
        <w:rPr>
          <w:rFonts w:eastAsia="Aptos"/>
          <w:b/>
          <w:color w:val="6B7280"/>
        </w:rPr>
        <w:t>Commissioni di studio del Consiglio Nazionale</w:t>
      </w:r>
    </w:p>
    <w:p w14:paraId="5D82258F" w14:textId="7F90DFF8" w:rsidR="00F50776" w:rsidRPr="00820B2B" w:rsidRDefault="00000000" w:rsidP="00125EA6">
      <w:pPr>
        <w:spacing w:after="80" w:line="240" w:lineRule="auto"/>
        <w:jc w:val="both"/>
        <w:rPr>
          <w:rFonts w:eastAsia="Aptos"/>
          <w:b/>
          <w:bCs/>
          <w:sz w:val="16"/>
          <w:lang w:val="it-IT"/>
        </w:rPr>
      </w:pPr>
      <w:proofErr w:type="spellStart"/>
      <w:r>
        <w:rPr>
          <w:rFonts w:eastAsia="Aptos"/>
          <w:sz w:val="16"/>
        </w:rPr>
        <w:t>Inviare</w:t>
      </w:r>
      <w:proofErr w:type="spellEnd"/>
      <w:r>
        <w:rPr>
          <w:rFonts w:eastAsia="Aptos"/>
          <w:sz w:val="16"/>
        </w:rPr>
        <w:t xml:space="preserve"> il modulo e il curriculum vitae </w:t>
      </w:r>
      <w:proofErr w:type="spellStart"/>
      <w:r>
        <w:rPr>
          <w:rFonts w:eastAsia="Aptos"/>
          <w:sz w:val="16"/>
        </w:rPr>
        <w:t>aggiornato</w:t>
      </w:r>
      <w:proofErr w:type="spellEnd"/>
      <w:r>
        <w:rPr>
          <w:rFonts w:eastAsia="Aptos"/>
          <w:sz w:val="16"/>
        </w:rPr>
        <w:t xml:space="preserve"> a</w:t>
      </w:r>
      <w:r w:rsidR="00820B2B">
        <w:rPr>
          <w:rFonts w:eastAsia="Aptos"/>
          <w:sz w:val="16"/>
        </w:rPr>
        <w:t xml:space="preserve"> </w:t>
      </w:r>
      <w:r w:rsidR="00820B2B" w:rsidRPr="00820B2B">
        <w:rPr>
          <w:rFonts w:eastAsia="Aptos"/>
          <w:b/>
          <w:bCs/>
          <w:sz w:val="16"/>
          <w:lang w:val="it-IT"/>
        </w:rPr>
        <w:t>commissionistudio@odcecnapolinord.it</w:t>
      </w:r>
      <w:r>
        <w:rPr>
          <w:rFonts w:eastAsia="Aptos"/>
          <w:sz w:val="16"/>
        </w:rPr>
        <w:t xml:space="preserve"> </w:t>
      </w:r>
      <w:proofErr w:type="spellStart"/>
      <w:r>
        <w:rPr>
          <w:rFonts w:eastAsia="Aptos"/>
          <w:sz w:val="16"/>
        </w:rPr>
        <w:t>entro</w:t>
      </w:r>
      <w:proofErr w:type="spellEnd"/>
      <w:r>
        <w:rPr>
          <w:rFonts w:eastAsia="Aptos"/>
          <w:sz w:val="16"/>
        </w:rPr>
        <w:t xml:space="preserve"> le ore 12.00 del 22 </w:t>
      </w:r>
      <w:proofErr w:type="spellStart"/>
      <w:r>
        <w:rPr>
          <w:rFonts w:eastAsia="Aptos"/>
          <w:sz w:val="16"/>
        </w:rPr>
        <w:t>settembre</w:t>
      </w:r>
      <w:proofErr w:type="spellEnd"/>
      <w:r>
        <w:rPr>
          <w:rFonts w:eastAsia="Aptos"/>
          <w:sz w:val="16"/>
        </w:rPr>
        <w:t xml:space="preserve"> 2026. Termine nazionale: 30 settembre 2026.</w:t>
      </w:r>
    </w:p>
    <w:p w14:paraId="64E7CB12" w14:textId="77777777" w:rsidR="00F50776" w:rsidRDefault="00000000">
      <w:pPr>
        <w:pStyle w:val="Titolo1"/>
        <w:spacing w:before="80" w:after="40"/>
      </w:pPr>
      <w:r>
        <w:rPr>
          <w:rFonts w:ascii="Aptos" w:eastAsia="Aptos" w:hAnsi="Aptos"/>
        </w:rPr>
        <w:t>Dati dell'iscritto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5112"/>
        <w:gridCol w:w="5227"/>
      </w:tblGrid>
      <w:tr w:rsidR="00F50776" w14:paraId="424C1905" w14:textId="77777777">
        <w:trPr>
          <w:cantSplit/>
          <w:trHeight w:val="490"/>
          <w:jc w:val="center"/>
        </w:trPr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B664F80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COGNOME</w:t>
            </w:r>
            <w:r>
              <w:br/>
            </w:r>
            <w:sdt>
              <w:sdtPr>
                <w:alias w:val="Cognome"/>
                <w:tag w:val="COGNOME"/>
                <w:id w:val="12001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0F04B2CD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NOME</w:t>
            </w:r>
            <w:r>
              <w:br/>
            </w:r>
            <w:sdt>
              <w:sdtPr>
                <w:alias w:val="Nome"/>
                <w:tag w:val="NOME"/>
                <w:id w:val="12002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</w:tr>
      <w:tr w:rsidR="00F50776" w14:paraId="155159D0" w14:textId="77777777">
        <w:trPr>
          <w:cantSplit/>
          <w:trHeight w:val="490"/>
          <w:jc w:val="center"/>
        </w:trPr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7C68B7A5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NUMERO DI ISCRIZIONE</w:t>
            </w:r>
            <w:r>
              <w:br/>
            </w:r>
            <w:sdt>
              <w:sdtPr>
                <w:alias w:val="Numero Iscrizione"/>
                <w:tag w:val="NUMERO_ISCRIZIONE"/>
                <w:id w:val="12003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  <w:tc>
          <w:tcPr>
            <w:tcW w:w="5227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585A252F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SEZIONE DELL'ALBO</w:t>
            </w:r>
            <w:r>
              <w:br/>
            </w:r>
            <w:r>
              <w:rPr>
                <w:rFonts w:ascii="DejaVu Sans" w:eastAsia="DejaVu Sans" w:hAnsi="DejaVu Sans"/>
                <w:color w:val="00274A"/>
                <w:sz w:val="20"/>
              </w:rPr>
              <w:t xml:space="preserve">☐  </w:t>
            </w:r>
            <w:r>
              <w:rPr>
                <w:rFonts w:eastAsia="Aptos"/>
                <w:sz w:val="18"/>
              </w:rPr>
              <w:t>Sezione A      ☐  Sezione B</w:t>
            </w:r>
          </w:p>
        </w:tc>
      </w:tr>
      <w:tr w:rsidR="00F50776" w14:paraId="3F4103CA" w14:textId="77777777">
        <w:trPr>
          <w:cantSplit/>
          <w:trHeight w:val="490"/>
          <w:jc w:val="center"/>
        </w:trPr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6CEF3CF4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E-MAIL</w:t>
            </w:r>
            <w:r>
              <w:br/>
            </w:r>
            <w:sdt>
              <w:sdtPr>
                <w:alias w:val="Email"/>
                <w:tag w:val="EMAIL"/>
                <w:id w:val="12004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310245EB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TELEFONO</w:t>
            </w:r>
            <w:r>
              <w:br/>
            </w:r>
            <w:sdt>
              <w:sdtPr>
                <w:alias w:val="Telefono"/>
                <w:tag w:val="TELEFONO"/>
                <w:id w:val="12005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</w:tr>
    </w:tbl>
    <w:p w14:paraId="3C3B37CC" w14:textId="77777777" w:rsidR="00F50776" w:rsidRDefault="00000000">
      <w:pPr>
        <w:spacing w:before="60" w:after="40" w:line="240" w:lineRule="auto"/>
      </w:pPr>
      <w:r>
        <w:rPr>
          <w:rFonts w:eastAsia="Aptos"/>
          <w:sz w:val="16"/>
        </w:rPr>
        <w:t>Il/La sottoscritto/a chiede all'ODCEC Napoli Nord di presentare al CNDCEC la propria candidatura per le Aree di delega di seguito selezionate.</w:t>
      </w:r>
    </w:p>
    <w:p w14:paraId="46D857AA" w14:textId="77777777" w:rsidR="00F50776" w:rsidRDefault="00000000">
      <w:pPr>
        <w:pStyle w:val="Titolo1"/>
        <w:spacing w:before="80" w:after="40"/>
      </w:pPr>
      <w:r>
        <w:rPr>
          <w:rFonts w:ascii="Aptos" w:eastAsia="Aptos" w:hAnsi="Aptos"/>
        </w:rPr>
        <w:t>Aree di delega</w:t>
      </w:r>
    </w:p>
    <w:p w14:paraId="74A7E454" w14:textId="77777777" w:rsidR="00F50776" w:rsidRDefault="00000000">
      <w:pPr>
        <w:spacing w:line="240" w:lineRule="auto"/>
      </w:pPr>
      <w:r>
        <w:rPr>
          <w:rFonts w:eastAsia="Aptos"/>
          <w:i/>
          <w:color w:val="6B7280"/>
          <w:sz w:val="15"/>
        </w:rPr>
        <w:t>Apporre una X accanto a una o più Aree. Per ciascuna Area selezionata compilare una distinta Scheda delle competenze e delle esperienze utilizzando la pagina 2, da duplicare se necessario.</w:t>
      </w:r>
    </w:p>
    <w:tbl>
      <w:tblPr>
        <w:tblW w:w="0" w:type="auto"/>
        <w:jc w:val="center"/>
        <w:tblBorders>
          <w:top w:val="single" w:sz="5" w:space="0" w:color="D9D9D9"/>
          <w:left w:val="single" w:sz="5" w:space="0" w:color="D9D9D9"/>
          <w:bottom w:val="single" w:sz="5" w:space="0" w:color="D9D9D9"/>
          <w:right w:val="single" w:sz="5" w:space="0" w:color="D9D9D9"/>
          <w:insideH w:val="single" w:sz="5" w:space="0" w:color="D9D9D9"/>
          <w:insideV w:val="single" w:sz="5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F50776" w14:paraId="602360AE" w14:textId="77777777">
        <w:trPr>
          <w:cantSplit/>
          <w:trHeight w:val="360"/>
          <w:jc w:val="center"/>
        </w:trPr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67EF66F8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Antiriciclaggio Anticorruzione</w:t>
            </w:r>
          </w:p>
        </w:tc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664E2D0E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Fiscalità Enti Locali</w:t>
            </w:r>
          </w:p>
        </w:tc>
      </w:tr>
      <w:tr w:rsidR="00F50776" w14:paraId="0C18A766" w14:textId="77777777">
        <w:trPr>
          <w:cantSplit/>
          <w:trHeight w:val="360"/>
          <w:jc w:val="center"/>
        </w:trPr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4840D0F2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Arbitrato e conciliazione</w:t>
            </w:r>
          </w:p>
        </w:tc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799CB6AB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Funzioni Giudiziarie e ADR</w:t>
            </w:r>
          </w:p>
        </w:tc>
      </w:tr>
      <w:tr w:rsidR="00F50776" w14:paraId="26D15711" w14:textId="77777777">
        <w:trPr>
          <w:cantSplit/>
          <w:trHeight w:val="360"/>
          <w:jc w:val="center"/>
        </w:trPr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28DAAF79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Compensi professionali e Deontologia</w:t>
            </w:r>
          </w:p>
        </w:tc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688A905E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Gestione della crisi d'impresa e procedure concorsuali</w:t>
            </w:r>
          </w:p>
        </w:tc>
      </w:tr>
      <w:tr w:rsidR="00F50776" w14:paraId="2398A1FF" w14:textId="77777777">
        <w:trPr>
          <w:cantSplit/>
          <w:trHeight w:val="360"/>
          <w:jc w:val="center"/>
        </w:trPr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4805F6C0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Compliance e modelli organizzativi delle imprese</w:t>
            </w:r>
          </w:p>
        </w:tc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27D7F9D8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Innovazione e digitalizzazione degli studi professionali e delle imprese</w:t>
            </w:r>
          </w:p>
        </w:tc>
      </w:tr>
      <w:tr w:rsidR="00F50776" w14:paraId="69A80786" w14:textId="77777777">
        <w:trPr>
          <w:cantSplit/>
          <w:trHeight w:val="360"/>
          <w:jc w:val="center"/>
        </w:trPr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318B74E7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Contabilità e revisione degli Enti Locali</w:t>
            </w:r>
          </w:p>
        </w:tc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4E107D69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Politiche di Genere</w:t>
            </w:r>
          </w:p>
        </w:tc>
      </w:tr>
      <w:tr w:rsidR="00F50776" w14:paraId="1759CDB7" w14:textId="77777777">
        <w:trPr>
          <w:cantSplit/>
          <w:trHeight w:val="360"/>
          <w:jc w:val="center"/>
        </w:trPr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6E358C79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Contabilità e revisione delle società a partecipazione pubblica</w:t>
            </w:r>
          </w:p>
        </w:tc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175AF446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Politiche Giovanili</w:t>
            </w:r>
          </w:p>
        </w:tc>
      </w:tr>
      <w:tr w:rsidR="00F50776" w14:paraId="17DD90BE" w14:textId="77777777">
        <w:trPr>
          <w:cantSplit/>
          <w:trHeight w:val="360"/>
          <w:jc w:val="center"/>
        </w:trPr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6B35A65E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Contenzioso Tributario</w:t>
            </w:r>
          </w:p>
        </w:tc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043C4988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Principi contabili e di valutazione</w:t>
            </w:r>
          </w:p>
        </w:tc>
      </w:tr>
      <w:tr w:rsidR="00F50776" w14:paraId="48A19447" w14:textId="77777777">
        <w:trPr>
          <w:cantSplit/>
          <w:trHeight w:val="360"/>
          <w:jc w:val="center"/>
        </w:trPr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2A06948E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Diritto Societario</w:t>
            </w:r>
          </w:p>
        </w:tc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597DC2A8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Rapporti con le organizzazioni internazionali</w:t>
            </w:r>
          </w:p>
        </w:tc>
      </w:tr>
      <w:tr w:rsidR="00F50776" w14:paraId="70051C78" w14:textId="77777777">
        <w:trPr>
          <w:cantSplit/>
          <w:trHeight w:val="360"/>
          <w:jc w:val="center"/>
        </w:trPr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79C23B2F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Economia e Fiscalità del lavoro</w:t>
            </w:r>
          </w:p>
        </w:tc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2B6580A6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Sistemi di controllo e revisione legale (financial e non financial)</w:t>
            </w:r>
          </w:p>
        </w:tc>
      </w:tr>
      <w:tr w:rsidR="00F50776" w14:paraId="2A2CF5C5" w14:textId="77777777">
        <w:trPr>
          <w:cantSplit/>
          <w:trHeight w:val="360"/>
          <w:jc w:val="center"/>
        </w:trPr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0F222254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Enti del Terzo Settore</w:t>
            </w:r>
          </w:p>
        </w:tc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2B8BB860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Società cooperative</w:t>
            </w:r>
          </w:p>
        </w:tc>
      </w:tr>
      <w:tr w:rsidR="00F50776" w14:paraId="35F5376F" w14:textId="77777777">
        <w:trPr>
          <w:cantSplit/>
          <w:trHeight w:val="360"/>
          <w:jc w:val="center"/>
        </w:trPr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19DD5791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Finanza Aziendale</w:t>
            </w:r>
          </w:p>
        </w:tc>
        <w:tc>
          <w:tcPr>
            <w:tcW w:w="5112" w:type="dxa"/>
            <w:shd w:val="clear" w:color="auto" w:fill="F6F9FC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5B7516B6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Sviluppo Sostenibile (reporting, consulenza, formazione)</w:t>
            </w:r>
          </w:p>
        </w:tc>
      </w:tr>
      <w:tr w:rsidR="00F50776" w14:paraId="71A7BE53" w14:textId="77777777">
        <w:trPr>
          <w:cantSplit/>
          <w:trHeight w:val="360"/>
          <w:jc w:val="center"/>
        </w:trPr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1B5C65B5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Fiscalità</w:t>
            </w:r>
          </w:p>
        </w:tc>
        <w:tc>
          <w:tcPr>
            <w:tcW w:w="5112" w:type="dxa"/>
            <w:tcMar>
              <w:top w:w="20" w:type="dxa"/>
              <w:left w:w="65" w:type="dxa"/>
              <w:bottom w:w="20" w:type="dxa"/>
              <w:right w:w="65" w:type="dxa"/>
            </w:tcMar>
            <w:vAlign w:val="center"/>
          </w:tcPr>
          <w:p w14:paraId="42B69610" w14:textId="77777777" w:rsidR="00F50776" w:rsidRDefault="00000000">
            <w:pPr>
              <w:spacing w:after="0" w:line="240" w:lineRule="auto"/>
            </w:pPr>
            <w:r>
              <w:rPr>
                <w:rFonts w:ascii="DejaVu Sans" w:eastAsia="DejaVu Sans" w:hAnsi="DejaVu Sans"/>
                <w:color w:val="00274A"/>
                <w:sz w:val="16"/>
              </w:rPr>
              <w:t xml:space="preserve">☐  </w:t>
            </w:r>
            <w:r>
              <w:rPr>
                <w:rFonts w:eastAsia="Aptos"/>
                <w:sz w:val="14"/>
              </w:rPr>
              <w:t>Università, tirocinio e formazione continua</w:t>
            </w:r>
          </w:p>
        </w:tc>
      </w:tr>
    </w:tbl>
    <w:p w14:paraId="4B3D602D" w14:textId="77777777" w:rsidR="00F50776" w:rsidRDefault="00000000">
      <w:pPr>
        <w:pStyle w:val="Titolo1"/>
        <w:spacing w:before="80" w:after="40"/>
      </w:pPr>
      <w:r>
        <w:rPr>
          <w:rFonts w:ascii="Aptos" w:eastAsia="Aptos" w:hAnsi="Aptos"/>
        </w:rPr>
        <w:t>Dichiarazioni e allegati</w:t>
      </w:r>
    </w:p>
    <w:p w14:paraId="0C9F7917" w14:textId="77777777" w:rsidR="00F50776" w:rsidRDefault="00000000" w:rsidP="005A1DBD">
      <w:pPr>
        <w:spacing w:after="40" w:line="240" w:lineRule="auto"/>
        <w:jc w:val="both"/>
      </w:pPr>
      <w:r>
        <w:rPr>
          <w:rFonts w:eastAsia="Aptos"/>
          <w:sz w:val="14"/>
        </w:rPr>
        <w:t>Il/La sottoscritto/a dichiara di essere iscritto/a all'ODCEC Napoli Nord, attesta la veridicità e completezza delle informazioni rese e prende atto che la candidatura non attribuisce alcun diritto alla nomina, riservata al CNDCEC.</w:t>
      </w:r>
    </w:p>
    <w:p w14:paraId="5CF5198E" w14:textId="77777777" w:rsidR="00F50776" w:rsidRDefault="00000000">
      <w:pPr>
        <w:spacing w:after="40" w:line="240" w:lineRule="auto"/>
      </w:pPr>
      <w:r>
        <w:rPr>
          <w:rFonts w:eastAsia="Aptos"/>
          <w:sz w:val="14"/>
        </w:rPr>
        <w:t>Dichiara di aver preso visione dell'informativa resa dall'Ordine ai sensi dell'art. 13 del Regolamento (UE) 2016/679 e prende atto che i dati e il curriculum saranno trattati per la gestione e la trasmissione della candidatura al CNDCEC. Non inserire dati personali non pertinenti.</w:t>
      </w:r>
    </w:p>
    <w:p w14:paraId="41E25140" w14:textId="77777777" w:rsidR="00F50776" w:rsidRDefault="00000000">
      <w:pPr>
        <w:spacing w:after="0" w:line="240" w:lineRule="auto"/>
      </w:pPr>
      <w:r>
        <w:rPr>
          <w:rFonts w:ascii="DejaVu Sans" w:eastAsia="DejaVu Sans" w:hAnsi="DejaVu Sans"/>
          <w:color w:val="00274A"/>
          <w:sz w:val="16"/>
        </w:rPr>
        <w:t xml:space="preserve">☐  </w:t>
      </w:r>
      <w:r>
        <w:rPr>
          <w:rFonts w:eastAsia="Aptos"/>
          <w:sz w:val="14"/>
        </w:rPr>
        <w:t>Curriculum vitae aggiornato, datato e sottoscritto allegato</w:t>
      </w:r>
      <w:r>
        <w:t xml:space="preserve">     </w:t>
      </w:r>
      <w:r>
        <w:rPr>
          <w:rFonts w:ascii="DejaVu Sans" w:eastAsia="DejaVu Sans" w:hAnsi="DejaVu Sans"/>
          <w:color w:val="00274A"/>
          <w:sz w:val="16"/>
        </w:rPr>
        <w:t xml:space="preserve">☐  </w:t>
      </w:r>
      <w:r>
        <w:rPr>
          <w:rFonts w:eastAsia="Aptos"/>
          <w:sz w:val="14"/>
        </w:rPr>
        <w:t xml:space="preserve">Schede delle competenze e delle esperienze allegate n. </w:t>
      </w:r>
      <w:sdt>
        <w:sdtPr>
          <w:alias w:val="Numero Schede"/>
          <w:tag w:val="NUMERO_SCHEDE"/>
          <w:id w:val="12006"/>
          <w:text/>
        </w:sdtPr>
        <w:sdtContent>
          <w:r>
            <w:rPr>
              <w:i/>
              <w:color w:val="7A7A7A"/>
              <w:sz w:val="14"/>
              <w:szCs w:val="14"/>
            </w:rPr>
            <w:t>___</w:t>
          </w:r>
        </w:sdtContent>
      </w:sdt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5112"/>
        <w:gridCol w:w="5112"/>
      </w:tblGrid>
      <w:tr w:rsidR="00F50776" w14:paraId="6EAC9C51" w14:textId="77777777">
        <w:trPr>
          <w:jc w:val="center"/>
        </w:trPr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253D6F9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LUOGO E DATA</w:t>
            </w:r>
            <w:r>
              <w:br/>
            </w:r>
            <w:sdt>
              <w:sdtPr>
                <w:alias w:val="Luogo Data"/>
                <w:tag w:val="LUOGO_DATA"/>
                <w:id w:val="12007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  <w:tc>
          <w:tcPr>
            <w:tcW w:w="5112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056AD651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FIRMA</w:t>
            </w:r>
            <w:r>
              <w:br/>
            </w:r>
            <w:sdt>
              <w:sdtPr>
                <w:alias w:val="Firma"/>
                <w:tag w:val="FIRMA"/>
                <w:id w:val="12008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Firmare qui</w:t>
                </w:r>
              </w:sdtContent>
            </w:sdt>
          </w:p>
        </w:tc>
      </w:tr>
    </w:tbl>
    <w:p w14:paraId="6EF5C6C9" w14:textId="77777777" w:rsidR="00F50776" w:rsidRDefault="00000000">
      <w:r>
        <w:br w:type="page"/>
      </w:r>
    </w:p>
    <w:p w14:paraId="65D7F47E" w14:textId="77777777" w:rsidR="00F50776" w:rsidRDefault="00000000">
      <w:pPr>
        <w:spacing w:after="40"/>
        <w:jc w:val="center"/>
      </w:pPr>
      <w:r>
        <w:rPr>
          <w:noProof/>
        </w:rPr>
        <w:lastRenderedPageBreak/>
        <w:drawing>
          <wp:inline distT="0" distB="0" distL="0" distR="0" wp14:anchorId="19E99BDB" wp14:editId="320CD66F">
            <wp:extent cx="2148840" cy="796226"/>
            <wp:effectExtent l="0" t="0" r="0" b="0"/>
            <wp:docPr id="2" name="Picture 2" descr="Logo dell'Ordine dei Dottori Commercialisti e degli Esperti Contabili di Napoli 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Logo-orignale-ordin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48840" cy="796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B8022" w14:textId="77777777" w:rsidR="00F50776" w:rsidRDefault="00000000">
      <w:pPr>
        <w:pStyle w:val="Titolo"/>
        <w:jc w:val="center"/>
      </w:pPr>
      <w:r>
        <w:t>Scheda delle competenze e delle esperienze</w:t>
      </w:r>
    </w:p>
    <w:p w14:paraId="21FF6395" w14:textId="77777777" w:rsidR="00F50776" w:rsidRDefault="00000000">
      <w:pPr>
        <w:spacing w:after="80"/>
        <w:jc w:val="center"/>
      </w:pPr>
      <w:r>
        <w:rPr>
          <w:rFonts w:eastAsia="Aptos"/>
          <w:i/>
          <w:color w:val="6B7280"/>
          <w:sz w:val="17"/>
        </w:rPr>
        <w:t>Compilare una scheda distinta per ciascuna Area di delega selezionata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296"/>
      </w:tblGrid>
      <w:tr w:rsidR="00F50776" w14:paraId="469FB9AB" w14:textId="77777777">
        <w:trPr>
          <w:jc w:val="center"/>
        </w:trPr>
        <w:tc>
          <w:tcPr>
            <w:tcW w:w="10296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5D9C0CB1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COGNOME E NOME</w:t>
            </w:r>
            <w:r>
              <w:br/>
            </w:r>
            <w:sdt>
              <w:sdtPr>
                <w:alias w:val="Cognome Nome Scheda"/>
                <w:tag w:val="COGNOME_NOME_SCHEDA"/>
                <w:id w:val="12009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Compilare</w:t>
                </w:r>
              </w:sdtContent>
            </w:sdt>
          </w:p>
        </w:tc>
      </w:tr>
      <w:tr w:rsidR="00F50776" w14:paraId="12EE32C0" w14:textId="77777777">
        <w:trPr>
          <w:jc w:val="center"/>
        </w:trPr>
        <w:tc>
          <w:tcPr>
            <w:tcW w:w="10296" w:type="dx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78A2A704" w14:textId="77777777" w:rsidR="00F50776" w:rsidRDefault="00000000">
            <w:pPr>
              <w:spacing w:after="0" w:line="240" w:lineRule="auto"/>
            </w:pPr>
            <w:r>
              <w:rPr>
                <w:rFonts w:eastAsia="Aptos"/>
                <w:b/>
                <w:color w:val="00274A"/>
                <w:sz w:val="15"/>
              </w:rPr>
              <w:t>AREA DI DELEGA</w:t>
            </w:r>
            <w:r>
              <w:br/>
            </w:r>
            <w:sdt>
              <w:sdtPr>
                <w:alias w:val="Area Delega"/>
                <w:tag w:val="AREA_DELEGA"/>
                <w:id w:val="12010"/>
                <w:text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Indicare l'esatta denominazione dell'Area</w:t>
                </w:r>
              </w:sdtContent>
            </w:sdt>
          </w:p>
        </w:tc>
      </w:tr>
    </w:tbl>
    <w:p w14:paraId="571DB19C" w14:textId="77777777" w:rsidR="00F50776" w:rsidRDefault="00000000">
      <w:pPr>
        <w:spacing w:before="60" w:after="80" w:line="240" w:lineRule="auto"/>
      </w:pPr>
      <w:r>
        <w:rPr>
          <w:rFonts w:eastAsia="Aptos"/>
          <w:i/>
          <w:color w:val="6B7280"/>
          <w:sz w:val="16"/>
        </w:rPr>
        <w:t>Descrivere solo esperienze pertinenti all'Area, indicando attività, ruolo e periodo. Non sono previsti requisiti minimi di anzianità.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656"/>
        <w:gridCol w:w="3384"/>
        <w:gridCol w:w="5256"/>
      </w:tblGrid>
      <w:tr w:rsidR="00F50776" w14:paraId="19146DE6" w14:textId="77777777">
        <w:trPr>
          <w:tblHeader/>
          <w:jc w:val="center"/>
        </w:trPr>
        <w:tc>
          <w:tcPr>
            <w:tcW w:w="1656" w:type="dxa"/>
            <w:shd w:val="clear" w:color="auto" w:fill="00274A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2933A0EA" w14:textId="77777777" w:rsidR="00F50776" w:rsidRDefault="00000000">
            <w:pPr>
              <w:spacing w:after="0"/>
              <w:jc w:val="center"/>
            </w:pPr>
            <w:r>
              <w:rPr>
                <w:rFonts w:eastAsia="Aptos"/>
                <w:b/>
                <w:color w:val="FFFFFF"/>
                <w:sz w:val="16"/>
              </w:rPr>
              <w:t>Periodo</w:t>
            </w:r>
          </w:p>
        </w:tc>
        <w:tc>
          <w:tcPr>
            <w:tcW w:w="3384" w:type="dxa"/>
            <w:shd w:val="clear" w:color="auto" w:fill="00274A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3CB0F26C" w14:textId="77777777" w:rsidR="00F50776" w:rsidRDefault="00000000">
            <w:pPr>
              <w:spacing w:after="0"/>
              <w:jc w:val="center"/>
            </w:pPr>
            <w:r>
              <w:rPr>
                <w:rFonts w:eastAsia="Aptos"/>
                <w:b/>
                <w:color w:val="FFFFFF"/>
                <w:sz w:val="16"/>
              </w:rPr>
              <w:t>Incarico o attività</w:t>
            </w:r>
          </w:p>
        </w:tc>
        <w:tc>
          <w:tcPr>
            <w:tcW w:w="5256" w:type="dxa"/>
            <w:shd w:val="clear" w:color="auto" w:fill="00274A"/>
            <w:tcMar>
              <w:top w:w="75" w:type="dxa"/>
              <w:left w:w="90" w:type="dxa"/>
              <w:bottom w:w="75" w:type="dxa"/>
              <w:right w:w="90" w:type="dxa"/>
            </w:tcMar>
            <w:vAlign w:val="center"/>
          </w:tcPr>
          <w:p w14:paraId="6B50E2A9" w14:textId="77777777" w:rsidR="00F50776" w:rsidRDefault="00000000">
            <w:pPr>
              <w:spacing w:after="0"/>
              <w:jc w:val="center"/>
            </w:pPr>
            <w:r>
              <w:rPr>
                <w:rFonts w:eastAsia="Aptos"/>
                <w:b/>
                <w:color w:val="FFFFFF"/>
                <w:sz w:val="16"/>
              </w:rPr>
              <w:t>Ruolo, funzioni e attinenza con l'Area</w:t>
            </w:r>
          </w:p>
        </w:tc>
      </w:tr>
      <w:tr w:rsidR="00F50776" w14:paraId="478A0549" w14:textId="77777777">
        <w:trPr>
          <w:cantSplit/>
          <w:trHeight w:val="605"/>
          <w:jc w:val="center"/>
        </w:trPr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FC8D7D0" w14:textId="77777777" w:rsidR="00F50776" w:rsidRDefault="00000000">
            <w:pPr>
              <w:spacing w:after="0"/>
            </w:pPr>
            <w:sdt>
              <w:sdtPr>
                <w:alias w:val="Esperienza 1 1"/>
                <w:tag w:val="ESPERIENZA_1_1"/>
                <w:id w:val="12011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Periodo</w:t>
                </w:r>
              </w:sdtContent>
            </w:sdt>
          </w:p>
        </w:tc>
        <w:tc>
          <w:tcPr>
            <w:tcW w:w="338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70C1670" w14:textId="77777777" w:rsidR="00F50776" w:rsidRDefault="00000000">
            <w:pPr>
              <w:spacing w:after="0"/>
            </w:pPr>
            <w:sdt>
              <w:sdtPr>
                <w:alias w:val="Esperienza 1 2"/>
                <w:tag w:val="ESPERIENZA_1_2"/>
                <w:id w:val="12012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Incarico o attività</w:t>
                </w:r>
              </w:sdtContent>
            </w:sdt>
          </w:p>
        </w:tc>
        <w:tc>
          <w:tcPr>
            <w:tcW w:w="525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5C5924A" w14:textId="77777777" w:rsidR="00F50776" w:rsidRDefault="00000000">
            <w:pPr>
              <w:spacing w:after="0"/>
            </w:pPr>
            <w:sdt>
              <w:sdtPr>
                <w:alias w:val="Esperienza 1 3"/>
                <w:tag w:val="ESPERIENZA_1_3"/>
                <w:id w:val="12013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Descrivere sinteticamente</w:t>
                </w:r>
              </w:sdtContent>
            </w:sdt>
          </w:p>
        </w:tc>
      </w:tr>
      <w:tr w:rsidR="00F50776" w14:paraId="3E110DC3" w14:textId="77777777">
        <w:trPr>
          <w:cantSplit/>
          <w:trHeight w:val="605"/>
          <w:jc w:val="center"/>
        </w:trPr>
        <w:tc>
          <w:tcPr>
            <w:tcW w:w="1656" w:type="dxa"/>
            <w:shd w:val="clear" w:color="auto" w:fill="F6F9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14F9AAA6" w14:textId="77777777" w:rsidR="00F50776" w:rsidRDefault="00000000">
            <w:pPr>
              <w:spacing w:after="0"/>
            </w:pPr>
            <w:sdt>
              <w:sdtPr>
                <w:alias w:val="Esperienza 2 1"/>
                <w:tag w:val="ESPERIENZA_2_1"/>
                <w:id w:val="12014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Periodo</w:t>
                </w:r>
              </w:sdtContent>
            </w:sdt>
          </w:p>
        </w:tc>
        <w:tc>
          <w:tcPr>
            <w:tcW w:w="3384" w:type="dxa"/>
            <w:shd w:val="clear" w:color="auto" w:fill="F6F9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9144FB6" w14:textId="77777777" w:rsidR="00F50776" w:rsidRDefault="00000000">
            <w:pPr>
              <w:spacing w:after="0"/>
            </w:pPr>
            <w:sdt>
              <w:sdtPr>
                <w:alias w:val="Esperienza 2 2"/>
                <w:tag w:val="ESPERIENZA_2_2"/>
                <w:id w:val="12015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Incarico o attività</w:t>
                </w:r>
              </w:sdtContent>
            </w:sdt>
          </w:p>
        </w:tc>
        <w:tc>
          <w:tcPr>
            <w:tcW w:w="5256" w:type="dxa"/>
            <w:shd w:val="clear" w:color="auto" w:fill="F6F9FC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B42D5CE" w14:textId="77777777" w:rsidR="00F50776" w:rsidRDefault="00000000">
            <w:pPr>
              <w:spacing w:after="0"/>
            </w:pPr>
            <w:sdt>
              <w:sdtPr>
                <w:alias w:val="Esperienza 2 3"/>
                <w:tag w:val="ESPERIENZA_2_3"/>
                <w:id w:val="12016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Descrivere sinteticamente</w:t>
                </w:r>
              </w:sdtContent>
            </w:sdt>
          </w:p>
        </w:tc>
      </w:tr>
      <w:tr w:rsidR="00F50776" w14:paraId="53D91C44" w14:textId="77777777">
        <w:trPr>
          <w:cantSplit/>
          <w:trHeight w:val="605"/>
          <w:jc w:val="center"/>
        </w:trPr>
        <w:tc>
          <w:tcPr>
            <w:tcW w:w="165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F49C815" w14:textId="77777777" w:rsidR="00F50776" w:rsidRDefault="00000000">
            <w:pPr>
              <w:spacing w:after="0"/>
            </w:pPr>
            <w:sdt>
              <w:sdtPr>
                <w:alias w:val="Esperienza 3 1"/>
                <w:tag w:val="ESPERIENZA_3_1"/>
                <w:id w:val="12017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Periodo</w:t>
                </w:r>
              </w:sdtContent>
            </w:sdt>
          </w:p>
        </w:tc>
        <w:tc>
          <w:tcPr>
            <w:tcW w:w="3384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C8DAA17" w14:textId="77777777" w:rsidR="00F50776" w:rsidRDefault="00000000">
            <w:pPr>
              <w:spacing w:after="0"/>
            </w:pPr>
            <w:sdt>
              <w:sdtPr>
                <w:alias w:val="Esperienza 3 2"/>
                <w:tag w:val="ESPERIENZA_3_2"/>
                <w:id w:val="12018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Incarico o attività</w:t>
                </w:r>
              </w:sdtContent>
            </w:sdt>
          </w:p>
        </w:tc>
        <w:tc>
          <w:tcPr>
            <w:tcW w:w="5256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1C313BE" w14:textId="77777777" w:rsidR="00F50776" w:rsidRDefault="00000000">
            <w:pPr>
              <w:spacing w:after="0"/>
            </w:pPr>
            <w:sdt>
              <w:sdtPr>
                <w:alias w:val="Esperienza 3 3"/>
                <w:tag w:val="ESPERIENZA_3_3"/>
                <w:id w:val="12019"/>
                <w:text w:multiLine="1"/>
              </w:sdtPr>
              <w:sdtContent>
                <w:r>
                  <w:rPr>
                    <w:i/>
                    <w:color w:val="7A7A7A"/>
                    <w:sz w:val="16"/>
                    <w:szCs w:val="16"/>
                  </w:rPr>
                  <w:t>Descrivere sinteticamente</w:t>
                </w:r>
              </w:sdtContent>
            </w:sdt>
          </w:p>
        </w:tc>
      </w:tr>
    </w:tbl>
    <w:p w14:paraId="4B1E380A" w14:textId="77777777" w:rsidR="00F50776" w:rsidRDefault="00000000">
      <w:pPr>
        <w:spacing w:after="0" w:line="96" w:lineRule="auto"/>
      </w:pPr>
      <w:r>
        <w:t xml:space="preserve"> 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454"/>
      </w:tblGrid>
      <w:tr w:rsidR="00F50776" w14:paraId="250744D3" w14:textId="77777777">
        <w:trPr>
          <w:jc w:val="center"/>
        </w:trPr>
        <w:tc>
          <w:tcPr>
            <w:tcW w:w="10454" w:type="dxa"/>
            <w:shd w:val="clear" w:color="auto" w:fill="00274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6158C194" w14:textId="77777777" w:rsidR="00F50776" w:rsidRDefault="00000000">
            <w:pPr>
              <w:spacing w:after="0"/>
            </w:pPr>
            <w:r>
              <w:rPr>
                <w:rFonts w:eastAsia="Aptos"/>
                <w:b/>
                <w:color w:val="FFFFFF"/>
                <w:sz w:val="16"/>
              </w:rPr>
              <w:t>Incarichi istituzionali, Commissioni e gruppi di lavoro pertinenti</w:t>
            </w:r>
          </w:p>
        </w:tc>
      </w:tr>
      <w:tr w:rsidR="00F50776" w14:paraId="3F61968F" w14:textId="77777777">
        <w:trPr>
          <w:cantSplit/>
          <w:trHeight w:val="749"/>
          <w:jc w:val="center"/>
        </w:trPr>
        <w:tc>
          <w:tcPr>
            <w:tcW w:w="1045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2E8285F" w14:textId="77777777" w:rsidR="00F50776" w:rsidRDefault="00000000">
            <w:pPr>
              <w:spacing w:after="0"/>
            </w:pPr>
            <w:sdt>
              <w:sdtPr>
                <w:alias w:val="Incarichi Istituzionali"/>
                <w:tag w:val="INCARICHI_ISTITUZIONALI"/>
                <w:id w:val="12020"/>
                <w:text w:multiLine="1"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Indicare organismo, ruolo, periodo e attività svolta</w:t>
                </w:r>
              </w:sdtContent>
            </w:sdt>
          </w:p>
        </w:tc>
      </w:tr>
    </w:tbl>
    <w:p w14:paraId="1DD9C1D2" w14:textId="77777777" w:rsidR="00F50776" w:rsidRDefault="00000000">
      <w:pPr>
        <w:spacing w:after="0" w:line="40" w:lineRule="exact"/>
      </w:pPr>
      <w:r>
        <w:rPr>
          <w:rFonts w:eastAsia="Aptos"/>
          <w:sz w:val="2"/>
        </w:rPr>
        <w:t xml:space="preserve"> 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454"/>
      </w:tblGrid>
      <w:tr w:rsidR="00F50776" w14:paraId="3BF90E45" w14:textId="77777777">
        <w:trPr>
          <w:jc w:val="center"/>
        </w:trPr>
        <w:tc>
          <w:tcPr>
            <w:tcW w:w="10454" w:type="dxa"/>
            <w:shd w:val="clear" w:color="auto" w:fill="00274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5ED4EE9" w14:textId="77777777" w:rsidR="00F50776" w:rsidRDefault="00000000">
            <w:pPr>
              <w:spacing w:after="0"/>
            </w:pPr>
            <w:r>
              <w:rPr>
                <w:rFonts w:eastAsia="Aptos"/>
                <w:b/>
                <w:color w:val="FFFFFF"/>
                <w:sz w:val="16"/>
              </w:rPr>
              <w:t>Docenze, pubblicazioni e attività scientifiche pertinenti</w:t>
            </w:r>
          </w:p>
        </w:tc>
      </w:tr>
      <w:tr w:rsidR="00F50776" w14:paraId="4CA6780E" w14:textId="77777777">
        <w:trPr>
          <w:cantSplit/>
          <w:trHeight w:val="720"/>
          <w:jc w:val="center"/>
        </w:trPr>
        <w:tc>
          <w:tcPr>
            <w:tcW w:w="1045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CA54DCC" w14:textId="77777777" w:rsidR="00F50776" w:rsidRDefault="00000000">
            <w:pPr>
              <w:spacing w:after="0"/>
            </w:pPr>
            <w:sdt>
              <w:sdtPr>
                <w:alias w:val="Docenze Pubblicazioni"/>
                <w:tag w:val="DOCENZE_PUBBLICAZIONI"/>
                <w:id w:val="12021"/>
                <w:text w:multiLine="1"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Indicare titolo, ente o editore, data e materia</w:t>
                </w:r>
              </w:sdtContent>
            </w:sdt>
          </w:p>
        </w:tc>
      </w:tr>
    </w:tbl>
    <w:p w14:paraId="29588EF9" w14:textId="77777777" w:rsidR="00F50776" w:rsidRDefault="00000000">
      <w:pPr>
        <w:spacing w:after="0" w:line="40" w:lineRule="exact"/>
      </w:pPr>
      <w:r>
        <w:rPr>
          <w:rFonts w:eastAsia="Aptos"/>
          <w:sz w:val="2"/>
        </w:rPr>
        <w:t xml:space="preserve"> 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454"/>
      </w:tblGrid>
      <w:tr w:rsidR="00F50776" w14:paraId="3597F00D" w14:textId="77777777">
        <w:trPr>
          <w:jc w:val="center"/>
        </w:trPr>
        <w:tc>
          <w:tcPr>
            <w:tcW w:w="10454" w:type="dxa"/>
            <w:shd w:val="clear" w:color="auto" w:fill="00274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4571B0C9" w14:textId="77777777" w:rsidR="00F50776" w:rsidRDefault="00000000">
            <w:pPr>
              <w:spacing w:after="0"/>
            </w:pPr>
            <w:r>
              <w:rPr>
                <w:rFonts w:eastAsia="Aptos"/>
                <w:b/>
                <w:color w:val="FFFFFF"/>
                <w:sz w:val="16"/>
              </w:rPr>
              <w:t>Formazione specialistica e ulteriori qualificazioni pertinenti</w:t>
            </w:r>
          </w:p>
        </w:tc>
      </w:tr>
      <w:tr w:rsidR="00F50776" w14:paraId="7390831C" w14:textId="77777777">
        <w:trPr>
          <w:cantSplit/>
          <w:trHeight w:val="662"/>
          <w:jc w:val="center"/>
        </w:trPr>
        <w:tc>
          <w:tcPr>
            <w:tcW w:w="1045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0E1052E" w14:textId="77777777" w:rsidR="00F50776" w:rsidRDefault="00000000">
            <w:pPr>
              <w:spacing w:after="0"/>
            </w:pPr>
            <w:sdt>
              <w:sdtPr>
                <w:alias w:val="Formazione Specialistica"/>
                <w:tag w:val="FORMAZIONE_SPECIALISTICA"/>
                <w:id w:val="12022"/>
                <w:text w:multiLine="1"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Indicare corso o qualifica, ente e anno</w:t>
                </w:r>
              </w:sdtContent>
            </w:sdt>
          </w:p>
        </w:tc>
      </w:tr>
    </w:tbl>
    <w:p w14:paraId="0A02BB5E" w14:textId="77777777" w:rsidR="00F50776" w:rsidRDefault="00000000">
      <w:pPr>
        <w:spacing w:after="0" w:line="40" w:lineRule="exact"/>
      </w:pPr>
      <w:r>
        <w:rPr>
          <w:rFonts w:eastAsia="Aptos"/>
          <w:sz w:val="2"/>
        </w:rPr>
        <w:t xml:space="preserve"> 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0454"/>
      </w:tblGrid>
      <w:tr w:rsidR="00F50776" w14:paraId="51E12FB2" w14:textId="77777777">
        <w:trPr>
          <w:jc w:val="center"/>
        </w:trPr>
        <w:tc>
          <w:tcPr>
            <w:tcW w:w="10454" w:type="dxa"/>
            <w:shd w:val="clear" w:color="auto" w:fill="00274A"/>
            <w:tcMar>
              <w:top w:w="70" w:type="dxa"/>
              <w:left w:w="110" w:type="dxa"/>
              <w:bottom w:w="70" w:type="dxa"/>
              <w:right w:w="110" w:type="dxa"/>
            </w:tcMar>
            <w:vAlign w:val="center"/>
          </w:tcPr>
          <w:p w14:paraId="25DAB1BC" w14:textId="77777777" w:rsidR="00F50776" w:rsidRDefault="00000000">
            <w:pPr>
              <w:spacing w:after="0"/>
            </w:pPr>
            <w:r>
              <w:rPr>
                <w:rFonts w:eastAsia="Aptos"/>
                <w:b/>
                <w:color w:val="FFFFFF"/>
                <w:sz w:val="16"/>
              </w:rPr>
              <w:t>Sintesi della coerenza dell'esperienza con l'Area prescelta</w:t>
            </w:r>
          </w:p>
        </w:tc>
      </w:tr>
      <w:tr w:rsidR="00F50776" w14:paraId="70230411" w14:textId="77777777">
        <w:trPr>
          <w:cantSplit/>
          <w:trHeight w:val="749"/>
          <w:jc w:val="center"/>
        </w:trPr>
        <w:tc>
          <w:tcPr>
            <w:tcW w:w="10454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6EF948F" w14:textId="77777777" w:rsidR="00F50776" w:rsidRDefault="00000000">
            <w:pPr>
              <w:spacing w:after="0"/>
            </w:pPr>
            <w:sdt>
              <w:sdtPr>
                <w:alias w:val="Sintesi Coerenza"/>
                <w:tag w:val="SINTESI_COERENZA"/>
                <w:id w:val="12023"/>
                <w:text w:multiLine="1"/>
              </w:sdtPr>
              <w:sdtContent>
                <w:r>
                  <w:rPr>
                    <w:i/>
                    <w:color w:val="7A7A7A"/>
                    <w:sz w:val="17"/>
                    <w:szCs w:val="17"/>
                  </w:rPr>
                  <w:t>Riassumere gli elementi che rendono la candidatura coerente con l'Area</w:t>
                </w:r>
              </w:sdtContent>
            </w:sdt>
          </w:p>
        </w:tc>
      </w:tr>
    </w:tbl>
    <w:p w14:paraId="0A600361" w14:textId="77777777" w:rsidR="00F50776" w:rsidRDefault="00000000">
      <w:pPr>
        <w:spacing w:after="0" w:line="40" w:lineRule="exact"/>
      </w:pPr>
      <w:r>
        <w:rPr>
          <w:rFonts w:eastAsia="Aptos"/>
          <w:sz w:val="2"/>
        </w:rPr>
        <w:t xml:space="preserve"> </w:t>
      </w:r>
    </w:p>
    <w:p w14:paraId="206E55D0" w14:textId="77777777" w:rsidR="00F50776" w:rsidRDefault="00000000">
      <w:pPr>
        <w:pStyle w:val="SmallNote"/>
        <w:spacing w:before="20"/>
        <w:jc w:val="center"/>
      </w:pPr>
      <w:r>
        <w:t>La scheda integra il curriculum vitae e non sostituisce la valutazione riservata al CNDCEC.</w:t>
      </w:r>
    </w:p>
    <w:sectPr w:rsidR="00F50776" w:rsidSect="00034616">
      <w:footerReference w:type="default" r:id="rId9"/>
      <w:pgSz w:w="12240" w:h="15840"/>
      <w:pgMar w:top="648" w:right="893" w:bottom="792" w:left="893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89F29" w14:textId="77777777" w:rsidR="00EA18BA" w:rsidRDefault="00EA18BA">
      <w:pPr>
        <w:spacing w:after="0" w:line="240" w:lineRule="auto"/>
      </w:pPr>
      <w:r>
        <w:separator/>
      </w:r>
    </w:p>
  </w:endnote>
  <w:endnote w:type="continuationSeparator" w:id="0">
    <w:p w14:paraId="0EC40B74" w14:textId="77777777" w:rsidR="00EA18BA" w:rsidRDefault="00EA1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DejaVu Sans">
    <w:altName w:val="Verdan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430A2" w14:textId="77777777" w:rsidR="00F50776" w:rsidRDefault="00000000">
    <w:pPr>
      <w:pStyle w:val="Pidipagina"/>
      <w:spacing w:before="40"/>
      <w:jc w:val="center"/>
    </w:pPr>
    <w:r>
      <w:rPr>
        <w:rFonts w:eastAsia="Aptos"/>
        <w:color w:val="6B7280"/>
        <w:sz w:val="14"/>
      </w:rPr>
      <w:t xml:space="preserve">Informative CNDCEC </w:t>
    </w:r>
    <w:proofErr w:type="spellStart"/>
    <w:r>
      <w:rPr>
        <w:rFonts w:eastAsia="Aptos"/>
        <w:color w:val="6B7280"/>
        <w:sz w:val="14"/>
      </w:rPr>
      <w:t>nn</w:t>
    </w:r>
    <w:proofErr w:type="spellEnd"/>
    <w:r>
      <w:rPr>
        <w:rFonts w:eastAsia="Aptos"/>
        <w:color w:val="6B7280"/>
        <w:sz w:val="14"/>
      </w:rPr>
      <w:t xml:space="preserve">. 104/2026 e 112/2026 | ODCEC Napoli Nord | </w:t>
    </w:r>
    <w:proofErr w:type="spellStart"/>
    <w:r>
      <w:rPr>
        <w:rFonts w:eastAsia="Aptos"/>
        <w:color w:val="6B7280"/>
        <w:sz w:val="14"/>
      </w:rPr>
      <w:t>Pagina</w:t>
    </w:r>
    <w:proofErr w:type="spellEnd"/>
    <w:r>
      <w:rPr>
        <w:rFonts w:eastAsia="Aptos"/>
        <w:color w:val="6B7280"/>
        <w:sz w:val="14"/>
      </w:rPr>
      <w:t xml:space="preserve"> </w:t>
    </w:r>
    <w:r>
      <w:fldChar w:fldCharType="begin"/>
    </w:r>
    <w:r>
      <w:instrText>PAGE</w:instrText>
    </w:r>
    <w:r>
      <w:fldChar w:fldCharType="separate"/>
    </w:r>
    <w:r>
      <w:rPr>
        <w:sz w:val="15"/>
      </w:rPr>
      <w:t>1</w:t>
    </w:r>
    <w:r>
      <w:rPr>
        <w:sz w:val="15"/>
      </w:rPr>
      <w:fldChar w:fldCharType="end"/>
    </w:r>
    <w:r>
      <w:rPr>
        <w:rFonts w:eastAsia="Aptos"/>
        <w:color w:val="6B7280"/>
        <w:sz w:val="14"/>
      </w:rPr>
      <w:t xml:space="preserve"> di </w:t>
    </w:r>
    <w:r>
      <w:fldChar w:fldCharType="begin"/>
    </w:r>
    <w:r>
      <w:instrText>NUMPAGES</w:instrText>
    </w:r>
    <w:r>
      <w:fldChar w:fldCharType="separate"/>
    </w:r>
    <w:r>
      <w:rPr>
        <w:sz w:val="15"/>
      </w:rPr>
      <w:t>1</w:t>
    </w:r>
    <w:r>
      <w:rPr>
        <w:sz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4B4CB" w14:textId="77777777" w:rsidR="00EA18BA" w:rsidRDefault="00EA18BA">
      <w:pPr>
        <w:spacing w:after="0" w:line="240" w:lineRule="auto"/>
      </w:pPr>
      <w:r>
        <w:separator/>
      </w:r>
    </w:p>
  </w:footnote>
  <w:footnote w:type="continuationSeparator" w:id="0">
    <w:p w14:paraId="75EF590D" w14:textId="77777777" w:rsidR="00EA18BA" w:rsidRDefault="00EA1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09937571">
    <w:abstractNumId w:val="8"/>
  </w:num>
  <w:num w:numId="2" w16cid:durableId="1098284147">
    <w:abstractNumId w:val="6"/>
  </w:num>
  <w:num w:numId="3" w16cid:durableId="1855725569">
    <w:abstractNumId w:val="5"/>
  </w:num>
  <w:num w:numId="4" w16cid:durableId="1621373230">
    <w:abstractNumId w:val="4"/>
  </w:num>
  <w:num w:numId="5" w16cid:durableId="709644320">
    <w:abstractNumId w:val="7"/>
  </w:num>
  <w:num w:numId="6" w16cid:durableId="915437799">
    <w:abstractNumId w:val="3"/>
  </w:num>
  <w:num w:numId="7" w16cid:durableId="1897011955">
    <w:abstractNumId w:val="2"/>
  </w:num>
  <w:num w:numId="8" w16cid:durableId="1354458513">
    <w:abstractNumId w:val="1"/>
  </w:num>
  <w:num w:numId="9" w16cid:durableId="979312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25EA6"/>
    <w:rsid w:val="0015074B"/>
    <w:rsid w:val="001F5229"/>
    <w:rsid w:val="0029639D"/>
    <w:rsid w:val="00326F90"/>
    <w:rsid w:val="005A1DBD"/>
    <w:rsid w:val="00820B2B"/>
    <w:rsid w:val="00AA1D8D"/>
    <w:rsid w:val="00B47730"/>
    <w:rsid w:val="00CB0664"/>
    <w:rsid w:val="00EA18BA"/>
    <w:rsid w:val="00F5077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6C4E01"/>
  <w14:defaultImageDpi w14:val="300"/>
  <w15:docId w15:val="{5C1D4062-68E5-4824-AA08-11FBA71A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60" w:line="252" w:lineRule="auto"/>
    </w:pPr>
    <w:rPr>
      <w:rFonts w:ascii="Aptos" w:hAnsi="Aptos"/>
      <w:color w:val="000000"/>
      <w:sz w:val="19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1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keepNext/>
      <w:spacing w:after="4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pPr>
      <w:spacing w:after="40" w:line="240" w:lineRule="auto"/>
    </w:pPr>
    <w:rPr>
      <w:rFonts w:ascii="Aptos" w:hAnsi="Aptos"/>
      <w:color w:val="6B7280"/>
      <w:sz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candidatura alle Aree di delega CNDCEC 2026 2030</dc:title>
  <dc:subject>Commissioni di studio CNDCEC - mandato 2026-2030</dc:subject>
  <dc:creator>Ordine dei Dottori Commercialisti e degli Esperti Contabili di Napoli Nord</dc:creator>
  <cp:keywords>CNDCEC, Commissioni di studio, Aree di delega, candidatura</cp:keywords>
  <dc:description>Modulo predisposto sulla base delle Informative CNDCEC nn. 104/2026 e 112/2026</dc:description>
  <cp:lastModifiedBy>Odcec Napoli Nord</cp:lastModifiedBy>
  <cp:revision>4</cp:revision>
  <dcterms:created xsi:type="dcterms:W3CDTF">2013-12-23T23:15:00Z</dcterms:created>
  <dcterms:modified xsi:type="dcterms:W3CDTF">2026-09-11T10:11:00Z</dcterms:modified>
  <cp:category/>
</cp:coreProperties>
</file>